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40"/>
        <w:gridCol w:w="4896"/>
        <w:gridCol w:w="4896"/>
      </w:tblGrid>
      <w:tr>
        <w:tc>
          <w:tcPr>
            <w:tcW w:type="dxa" w:w="4944"/>
          </w:tcPr>
          <w:p>
            <w:pPr>
              <w:jc w:val="center"/>
            </w:pPr>
            <w:r>
              <w:rPr>
                <w:rFonts w:ascii="Arial" w:hAnsi="Arial"/>
                <w:b/>
                <w:sz w:val="54"/>
              </w:rPr>
              <w:t>AMERICAN</w:t>
              <w:br/>
              <w:t>LEGION</w:t>
            </w:r>
          </w:p>
        </w:tc>
        <w:tc>
          <w:tcPr>
            <w:tcW w:type="dxa" w:w="4944"/>
          </w:tcPr>
          <w:p>
            <w:pPr>
              <w:spacing w:after="0"/>
              <w:jc w:val="center"/>
            </w:pPr>
            <w:r>
              <w:rPr>
                <w:rFonts w:ascii="Arial" w:hAnsi="Arial"/>
                <w:b/>
                <w:sz w:val="22"/>
              </w:rPr>
              <w:t>THE AMERICAN LEGION</w:t>
              <w:br/>
              <w:t>DEPARTMENT OF COLORADO</w:t>
              <w:br/>
              <w:t>140 W 29th St #331</w:t>
              <w:br/>
              <w:t>Pueblo, CO. 81008</w:t>
              <w:br/>
              <w:t>303-366-5201</w:t>
              <w:br/>
              <w:t>adjutant@coloradolegion.org</w:t>
            </w:r>
          </w:p>
        </w:tc>
        <w:tc>
          <w:tcPr>
            <w:tcW w:type="dxa" w:w="4944"/>
          </w:tcPr>
          <w:p>
            <w:pPr>
              <w:spacing w:after="0"/>
              <w:jc w:val="center"/>
            </w:pPr>
            <w:r>
              <w:rPr>
                <w:rFonts w:ascii="Arial" w:hAnsi="Arial"/>
                <w:b/>
                <w:sz w:val="34"/>
              </w:rPr>
              <w:t>2027 MEMBERSHIP YEAR</w:t>
              <w:br/>
              <w:br/>
              <w:t>Date: __________________</w:t>
            </w:r>
          </w:p>
        </w:tc>
      </w:tr>
    </w:tbl>
    <w:tbl>
      <w:tblPr>
        <w:tblW w:type="auto" w:w="0"/>
        <w:jc w:val="center"/>
        <w:tblLook w:firstColumn="1" w:firstRow="1" w:lastColumn="0" w:lastRow="0" w:noHBand="0" w:noVBand="1" w:val="04A0"/>
      </w:tblPr>
      <w:tblGrid>
        <w:gridCol w:w="7416"/>
        <w:gridCol w:w="7416"/>
      </w:tblGrid>
      <w:tr>
        <w:tc>
          <w:tcPr>
            <w:tcW w:type="dxa" w:w="7416"/>
            <w:tcBorders>
              <w:top w:val="single" w:sz="16"/>
              <w:left w:val="single" w:sz="16"/>
              <w:bottom w:val="single" w:sz="16"/>
              <w:right w:val="single" w:sz="16"/>
            </w:tcBorders>
          </w:tcPr>
          <w:p>
            <w:pPr>
              <w:spacing w:after="0"/>
              <w:jc w:val="center"/>
            </w:pPr>
            <w:r>
              <w:rPr>
                <w:rFonts w:ascii="Arial" w:hAnsi="Arial"/>
                <w:b/>
                <w:sz w:val="30"/>
              </w:rPr>
              <w:t>WEEKLY MEMBERSHIP TRANSMITTAL</w:t>
            </w:r>
          </w:p>
        </w:tc>
        <w:tc>
          <w:tcPr>
            <w:tcW w:type="dxa" w:w="7416"/>
            <w:tcBorders>
              <w:top w:val="single" w:sz="8"/>
              <w:left w:val="single" w:sz="8"/>
              <w:bottom w:val="single" w:sz="8"/>
              <w:right w:val="single" w:sz="8"/>
            </w:tcBorders>
          </w:tcPr>
          <w:p>
            <w:pPr>
              <w:jc w:val="center"/>
            </w:pPr>
            <w:r>
              <w:rPr>
                <w:b/>
                <w:sz w:val="18"/>
                <w:u w:val="single"/>
              </w:rPr>
              <w:t>Note:</w:t>
              <w:br/>
            </w:r>
            <w:r>
              <w:rPr>
                <w:b/>
                <w:sz w:val="16"/>
              </w:rPr>
              <w:t>You must include this transmittal form with your post renewal and new membership cards. The check MUST match the number of cards, unless you are using your credit with department. You must specify the type of membership. It is NOT Department's responsibility to track your post's Honorary Life members.</w:t>
            </w:r>
          </w:p>
        </w:tc>
      </w:tr>
    </w:tbl>
    <w:tbl>
      <w:tblPr>
        <w:tblW w:type="auto" w:w="0"/>
        <w:jc w:val="left"/>
        <w:tblLook w:firstColumn="1" w:firstRow="1" w:lastColumn="0" w:lastRow="0" w:noHBand="0" w:noVBand="1" w:val="04A0"/>
      </w:tblPr>
      <w:tblGrid>
        <w:gridCol w:w="7416"/>
        <w:gridCol w:w="7416"/>
      </w:tblGrid>
      <w:tr>
        <w:tc>
          <w:tcPr>
            <w:tcW w:type="dxa" w:w="7416"/>
          </w:tcPr>
          <w:p>
            <w:pPr>
              <w:spacing w:after="0"/>
            </w:pPr>
            <w:r>
              <w:rPr>
                <w:rFonts w:ascii="Arial" w:hAnsi="Arial"/>
                <w:b w:val="0"/>
                <w:sz w:val="22"/>
              </w:rPr>
              <w:t>DEPARTMENT DUES</w:t>
            </w:r>
          </w:p>
        </w:tc>
        <w:tc>
          <w:tcPr>
            <w:tcW w:type="dxa" w:w="7416"/>
          </w:tcPr>
          <w:p>
            <w:pPr>
              <w:spacing w:after="0"/>
            </w:pPr>
            <w:r>
              <w:rPr>
                <w:rFonts w:ascii="Arial" w:hAnsi="Arial"/>
                <w:b w:val="0"/>
                <w:sz w:val="22"/>
              </w:rPr>
              <w:t>$23.00</w:t>
            </w:r>
          </w:p>
        </w:tc>
      </w:tr>
      <w:tr>
        <w:tc>
          <w:tcPr>
            <w:tcW w:type="dxa" w:w="7416"/>
          </w:tcPr>
          <w:p>
            <w:pPr>
              <w:spacing w:after="0"/>
            </w:pPr>
            <w:r>
              <w:rPr>
                <w:rFonts w:ascii="Arial" w:hAnsi="Arial"/>
                <w:b w:val="0"/>
                <w:sz w:val="22"/>
              </w:rPr>
              <w:t>DISTRICT DUES</w:t>
            </w:r>
          </w:p>
        </w:tc>
        <w:tc>
          <w:tcPr>
            <w:tcW w:type="dxa" w:w="7416"/>
          </w:tcPr>
          <w:p>
            <w:pPr>
              <w:spacing w:after="0"/>
            </w:pPr>
            <w:r>
              <w:rPr>
                <w:rFonts w:ascii="Arial" w:hAnsi="Arial"/>
                <w:b w:val="0"/>
                <w:sz w:val="22"/>
              </w:rPr>
              <w:t>$0.50</w:t>
            </w:r>
          </w:p>
        </w:tc>
      </w:tr>
      <w:tr>
        <w:tc>
          <w:tcPr>
            <w:tcW w:type="dxa" w:w="7416"/>
          </w:tcPr>
          <w:p>
            <w:pPr>
              <w:spacing w:after="0"/>
            </w:pPr>
            <w:r>
              <w:rPr>
                <w:rFonts w:ascii="Arial" w:hAnsi="Arial"/>
                <w:b w:val="0"/>
                <w:sz w:val="22"/>
              </w:rPr>
              <w:t>NATIONAL DUES (Incl. Nat’l Magazine)</w:t>
            </w:r>
          </w:p>
        </w:tc>
        <w:tc>
          <w:tcPr>
            <w:tcW w:type="dxa" w:w="7416"/>
          </w:tcPr>
          <w:p>
            <w:pPr>
              <w:spacing w:after="0"/>
            </w:pPr>
            <w:r>
              <w:rPr>
                <w:rFonts w:ascii="Arial" w:hAnsi="Arial"/>
                <w:b w:val="0"/>
                <w:sz w:val="22"/>
              </w:rPr>
              <w:t>$22.50</w:t>
            </w:r>
          </w:p>
        </w:tc>
      </w:tr>
      <w:tr>
        <w:tc>
          <w:tcPr>
            <w:tcW w:type="dxa" w:w="7416"/>
          </w:tcPr>
          <w:p>
            <w:pPr>
              <w:spacing w:after="0"/>
            </w:pPr>
            <w:r>
              <w:rPr>
                <w:rFonts w:ascii="Arial" w:hAnsi="Arial"/>
                <w:b/>
                <w:sz w:val="22"/>
              </w:rPr>
              <w:t>TOTAL SEND FOR EACH MEMBER</w:t>
            </w:r>
          </w:p>
        </w:tc>
        <w:tc>
          <w:tcPr>
            <w:tcW w:type="dxa" w:w="7416"/>
          </w:tcPr>
          <w:p>
            <w:pPr>
              <w:spacing w:after="0"/>
            </w:pPr>
            <w:r>
              <w:rPr>
                <w:rFonts w:ascii="Arial" w:hAnsi="Arial"/>
                <w:b/>
                <w:sz w:val="22"/>
              </w:rPr>
              <w:t>$46.00</w:t>
            </w:r>
          </w:p>
        </w:tc>
      </w:tr>
    </w:tbl>
    <w:tbl>
      <w:tblPr>
        <w:tblW w:type="auto" w:w="0"/>
        <w:jc w:val="center"/>
        <w:tblLook w:firstColumn="1" w:firstRow="1" w:lastColumn="0" w:lastRow="0" w:noHBand="0" w:noVBand="1" w:val="04A0"/>
      </w:tblPr>
      <w:tblGrid>
        <w:gridCol w:w="14832"/>
      </w:tblGrid>
      <w:tr>
        <w:tc>
          <w:tcPr>
            <w:tcW w:type="dxa" w:w="14832"/>
            <w:tcBorders>
              <w:top w:val="single" w:sz="8"/>
              <w:left w:val="single" w:sz="8"/>
              <w:bottom w:val="single" w:sz="8"/>
              <w:right w:val="single" w:sz="8"/>
            </w:tcBorders>
          </w:tcPr>
          <w:p>
            <w:pPr>
              <w:spacing w:after="60"/>
              <w:jc w:val="left"/>
            </w:pPr>
            <w:r>
              <w:rPr>
                <w:rFonts w:ascii="Arial" w:hAnsi="Arial"/>
                <w:sz w:val="20"/>
              </w:rPr>
              <w:t>DISTRICT #______________        POST #______________</w:t>
            </w:r>
          </w:p>
        </w:tc>
      </w:tr>
      <w:tr>
        <w:tc>
          <w:tcPr>
            <w:tcW w:type="dxa" w:w="14832"/>
            <w:tcBorders>
              <w:top w:val="single" w:sz="8"/>
              <w:left w:val="single" w:sz="8"/>
              <w:bottom w:val="single" w:sz="8"/>
              <w:right w:val="single" w:sz="8"/>
            </w:tcBorders>
          </w:tcPr>
          <w:p>
            <w:pPr>
              <w:spacing w:after="60"/>
              <w:jc w:val="left"/>
            </w:pPr>
            <w:r>
              <w:rPr>
                <w:rFonts w:ascii="Arial" w:hAnsi="Arial"/>
                <w:sz w:val="20"/>
              </w:rPr>
              <w:t xml:space="preserve">   RENEWALS ____________________          Total # of Members ____________________   X $______________   = $______________</w:t>
              <w:br/>
              <w:t xml:space="preserve">   NEW MEMBERS _________________</w:t>
            </w:r>
          </w:p>
        </w:tc>
      </w:tr>
      <w:tr>
        <w:tc>
          <w:tcPr>
            <w:tcW w:type="dxa" w:w="14832"/>
            <w:tcBorders>
              <w:top w:val="single" w:sz="8"/>
              <w:left w:val="single" w:sz="8"/>
              <w:bottom w:val="single" w:sz="8"/>
              <w:right w:val="single" w:sz="8"/>
            </w:tcBorders>
          </w:tcPr>
          <w:p>
            <w:pPr>
              <w:spacing w:after="60"/>
              <w:jc w:val="left"/>
            </w:pPr>
            <w:r>
              <w:rPr>
                <w:rFonts w:ascii="Arial" w:hAnsi="Arial"/>
                <w:sz w:val="20"/>
              </w:rPr>
              <w:t>POST NUMBER: ____________________      POST NAME: __________________________________________      BY ______________________________</w:t>
            </w:r>
          </w:p>
        </w:tc>
      </w:tr>
      <w:tr>
        <w:tc>
          <w:tcPr>
            <w:tcW w:type="dxa" w:w="14832"/>
            <w:tcBorders>
              <w:top w:val="single" w:sz="8"/>
              <w:left w:val="single" w:sz="8"/>
              <w:bottom w:val="single" w:sz="8"/>
              <w:right w:val="single" w:sz="8"/>
            </w:tcBorders>
          </w:tcPr>
          <w:p>
            <w:pPr>
              <w:spacing w:after="60"/>
              <w:jc w:val="left"/>
            </w:pPr>
            <w:r>
              <w:rPr>
                <w:rFonts w:ascii="Arial" w:hAnsi="Arial"/>
                <w:sz w:val="20"/>
              </w:rPr>
              <w:t>CHECK #__________________   CHECK AMOUNT __________________   CREDIT AMOUNT __________________________</w:t>
            </w:r>
          </w:p>
        </w:tc>
      </w:tr>
      <w:tr>
        <w:tc>
          <w:tcPr>
            <w:tcW w:type="dxa" w:w="14832"/>
            <w:tcBorders>
              <w:top w:val="single" w:sz="8"/>
              <w:left w:val="single" w:sz="8"/>
              <w:bottom w:val="single" w:sz="8"/>
              <w:right w:val="single" w:sz="8"/>
            </w:tcBorders>
          </w:tcPr>
          <w:p>
            <w:pPr>
              <w:spacing w:after="60"/>
              <w:jc w:val="center"/>
            </w:pPr>
            <w:r>
              <w:rPr>
                <w:rFonts w:ascii="Arial" w:hAnsi="Arial"/>
                <w:b/>
                <w:sz w:val="18"/>
              </w:rPr>
              <w:t>DUES SUBJECT TO CHANGE WITHOUT NOTICE WHEN MANDATED BY DISTRICT, DEPARTMENT, OR NATIONAL CONVENTION</w:t>
              <w:br/>
              <w:t>MAKE CHECKS PAYABLE TO: DEPARTMENT OF COLORADO AMERICAN LEGION (MEMBERSHIP)</w:t>
              <w:br/>
              <w:t>Remember to indicate on the memo line how many memberships are on your transmittal.</w:t>
            </w:r>
          </w:p>
        </w:tc>
      </w:tr>
    </w:tbl>
    <w:sectPr w:rsidR="00FC693F" w:rsidRPr="0006063C" w:rsidSect="00034616">
      <w:pgSz w:w="15840" w:h="12240" w:orient="landscape"/>
      <w:pgMar w:top="504" w:right="504" w:bottom="504" w:left="5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